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CD700" w14:textId="77777777" w:rsidR="001F7C5A" w:rsidRDefault="00A761AE">
      <w:pPr>
        <w:pStyle w:val="Heading1"/>
      </w:pPr>
      <w:r>
        <w:t>Krav om kompensasjon for tapt arbeidsfortjeneste</w:t>
      </w:r>
    </w:p>
    <w:p w14:paraId="5BF7CBB8" w14:textId="517516ED" w:rsidR="008018D3" w:rsidRPr="008018D3" w:rsidRDefault="008018D3" w:rsidP="008018D3">
      <w:r>
        <w:t xml:space="preserve">Skjema brukes i de tilfeller folkevalgt er trukket </w:t>
      </w:r>
      <w:r w:rsidR="002D366B">
        <w:t xml:space="preserve">i lønn hos arbeidsgiver og krever dette refundert av Lindesnes kommune, og i de tilfeller hvor arbeidsgiver har betalt ut lønn </w:t>
      </w:r>
      <w:r w:rsidR="00C671B2">
        <w:t>i mens den ansatte har hatt fravær som folkevalgt</w:t>
      </w:r>
      <w:r w:rsidR="00213C65">
        <w:t>.</w:t>
      </w:r>
    </w:p>
    <w:p w14:paraId="5DF4D492" w14:textId="77777777" w:rsidR="001F7C5A" w:rsidRDefault="488E413E" w:rsidP="488E413E">
      <w:pPr>
        <w:pStyle w:val="Heading2"/>
        <w:spacing w:line="360" w:lineRule="auto"/>
      </w:pPr>
      <w:r>
        <w:t>Opplysninger om folkevalgt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1"/>
        <w:gridCol w:w="780"/>
        <w:gridCol w:w="779"/>
        <w:gridCol w:w="780"/>
        <w:gridCol w:w="778"/>
        <w:gridCol w:w="290"/>
        <w:gridCol w:w="489"/>
        <w:gridCol w:w="778"/>
        <w:gridCol w:w="779"/>
        <w:gridCol w:w="778"/>
        <w:gridCol w:w="779"/>
        <w:gridCol w:w="779"/>
      </w:tblGrid>
      <w:tr w:rsidR="001F7C5A" w14:paraId="54400A4E" w14:textId="77777777" w:rsidTr="00733F99">
        <w:tc>
          <w:tcPr>
            <w:tcW w:w="4248" w:type="dxa"/>
            <w:gridSpan w:val="6"/>
          </w:tcPr>
          <w:p w14:paraId="2EF12E28" w14:textId="77777777" w:rsidR="001F7C5A" w:rsidRPr="00BC386A" w:rsidRDefault="488E413E" w:rsidP="488E413E">
            <w:pPr>
              <w:spacing w:line="360" w:lineRule="auto"/>
              <w:rPr>
                <w:b/>
                <w:bCs/>
              </w:rPr>
            </w:pPr>
            <w:r w:rsidRPr="00BC386A">
              <w:rPr>
                <w:b/>
                <w:bCs/>
              </w:rPr>
              <w:t>Navn</w:t>
            </w:r>
          </w:p>
        </w:tc>
        <w:tc>
          <w:tcPr>
            <w:tcW w:w="4382" w:type="dxa"/>
            <w:gridSpan w:val="6"/>
          </w:tcPr>
          <w:p w14:paraId="672A6659" w14:textId="77777777" w:rsidR="001F7C5A" w:rsidRDefault="001F7C5A" w:rsidP="488E413E">
            <w:pPr>
              <w:spacing w:line="360" w:lineRule="auto"/>
            </w:pPr>
          </w:p>
        </w:tc>
      </w:tr>
      <w:tr w:rsidR="001F7C5A" w14:paraId="27C436CA" w14:textId="77777777" w:rsidTr="00733F99">
        <w:tc>
          <w:tcPr>
            <w:tcW w:w="4248" w:type="dxa"/>
            <w:gridSpan w:val="6"/>
          </w:tcPr>
          <w:p w14:paraId="43C77EE1" w14:textId="268E8632" w:rsidR="001F7C5A" w:rsidRPr="00BC386A" w:rsidRDefault="00A761AE">
            <w:pPr>
              <w:rPr>
                <w:b/>
                <w:bCs/>
              </w:rPr>
            </w:pPr>
            <w:r w:rsidRPr="00BC386A">
              <w:rPr>
                <w:b/>
                <w:bCs/>
              </w:rPr>
              <w:t>Ansattnummer</w:t>
            </w:r>
            <w:r w:rsidR="00EA446A" w:rsidRPr="00BC386A">
              <w:rPr>
                <w:b/>
                <w:bCs/>
              </w:rPr>
              <w:t xml:space="preserve"> </w:t>
            </w:r>
            <w:r w:rsidR="00733F99" w:rsidRPr="00BC386A">
              <w:rPr>
                <w:b/>
                <w:bCs/>
              </w:rPr>
              <w:t>(se lønnslipp Lindesnes kommune)</w:t>
            </w:r>
          </w:p>
        </w:tc>
        <w:tc>
          <w:tcPr>
            <w:tcW w:w="4382" w:type="dxa"/>
            <w:gridSpan w:val="6"/>
          </w:tcPr>
          <w:p w14:paraId="0A37501D" w14:textId="77777777" w:rsidR="001F7C5A" w:rsidRDefault="001F7C5A"/>
        </w:tc>
      </w:tr>
      <w:tr w:rsidR="001F7C5A" w14:paraId="0665A75C" w14:textId="77777777" w:rsidTr="00733F99">
        <w:tc>
          <w:tcPr>
            <w:tcW w:w="4248" w:type="dxa"/>
            <w:gridSpan w:val="6"/>
          </w:tcPr>
          <w:p w14:paraId="399FCB09" w14:textId="77777777" w:rsidR="001F7C5A" w:rsidRPr="00BC386A" w:rsidRDefault="00A761AE">
            <w:pPr>
              <w:rPr>
                <w:b/>
                <w:bCs/>
              </w:rPr>
            </w:pPr>
            <w:r w:rsidRPr="00BC386A">
              <w:rPr>
                <w:b/>
                <w:bCs/>
              </w:rPr>
              <w:t>Adresse</w:t>
            </w:r>
          </w:p>
        </w:tc>
        <w:tc>
          <w:tcPr>
            <w:tcW w:w="4382" w:type="dxa"/>
            <w:gridSpan w:val="6"/>
          </w:tcPr>
          <w:p w14:paraId="5DAB6C7B" w14:textId="77777777" w:rsidR="001F7C5A" w:rsidRDefault="001F7C5A"/>
        </w:tc>
      </w:tr>
      <w:tr w:rsidR="00143FC6" w14:paraId="18BC4A97" w14:textId="77777777" w:rsidTr="00D73A0F">
        <w:trPr>
          <w:trHeight w:val="264"/>
        </w:trPr>
        <w:tc>
          <w:tcPr>
            <w:tcW w:w="841" w:type="dxa"/>
          </w:tcPr>
          <w:p w14:paraId="252E83D7" w14:textId="77777777" w:rsidR="00143FC6" w:rsidRPr="00FC4624" w:rsidRDefault="00143FC6" w:rsidP="00D73A0F">
            <w:pPr>
              <w:rPr>
                <w:b/>
                <w:bCs/>
              </w:rPr>
            </w:pPr>
            <w:r w:rsidRPr="00FC4624">
              <w:rPr>
                <w:b/>
                <w:bCs/>
              </w:rPr>
              <w:t>Dato</w:t>
            </w:r>
          </w:p>
        </w:tc>
        <w:tc>
          <w:tcPr>
            <w:tcW w:w="780" w:type="dxa"/>
          </w:tcPr>
          <w:p w14:paraId="04848B47" w14:textId="77777777" w:rsidR="00143FC6" w:rsidRDefault="00143FC6" w:rsidP="00D73A0F"/>
        </w:tc>
        <w:tc>
          <w:tcPr>
            <w:tcW w:w="779" w:type="dxa"/>
          </w:tcPr>
          <w:p w14:paraId="6BDFD0CC" w14:textId="77777777" w:rsidR="00143FC6" w:rsidRDefault="00143FC6" w:rsidP="00D73A0F"/>
        </w:tc>
        <w:tc>
          <w:tcPr>
            <w:tcW w:w="780" w:type="dxa"/>
          </w:tcPr>
          <w:p w14:paraId="045A102F" w14:textId="77777777" w:rsidR="00143FC6" w:rsidRDefault="00143FC6" w:rsidP="00D73A0F"/>
        </w:tc>
        <w:tc>
          <w:tcPr>
            <w:tcW w:w="778" w:type="dxa"/>
          </w:tcPr>
          <w:p w14:paraId="0E2B881C" w14:textId="77777777" w:rsidR="00143FC6" w:rsidRDefault="00143FC6" w:rsidP="00D73A0F"/>
        </w:tc>
        <w:tc>
          <w:tcPr>
            <w:tcW w:w="779" w:type="dxa"/>
            <w:gridSpan w:val="2"/>
          </w:tcPr>
          <w:p w14:paraId="37115404" w14:textId="77777777" w:rsidR="00143FC6" w:rsidRDefault="00143FC6" w:rsidP="00D73A0F"/>
        </w:tc>
        <w:tc>
          <w:tcPr>
            <w:tcW w:w="778" w:type="dxa"/>
          </w:tcPr>
          <w:p w14:paraId="2ED0FFFC" w14:textId="77777777" w:rsidR="00143FC6" w:rsidRDefault="00143FC6" w:rsidP="00D73A0F"/>
        </w:tc>
        <w:tc>
          <w:tcPr>
            <w:tcW w:w="779" w:type="dxa"/>
          </w:tcPr>
          <w:p w14:paraId="22F93AEB" w14:textId="77777777" w:rsidR="00143FC6" w:rsidRDefault="00143FC6" w:rsidP="00D73A0F"/>
        </w:tc>
        <w:tc>
          <w:tcPr>
            <w:tcW w:w="778" w:type="dxa"/>
          </w:tcPr>
          <w:p w14:paraId="4E561114" w14:textId="77777777" w:rsidR="00143FC6" w:rsidRDefault="00143FC6" w:rsidP="00D73A0F"/>
        </w:tc>
        <w:tc>
          <w:tcPr>
            <w:tcW w:w="779" w:type="dxa"/>
          </w:tcPr>
          <w:p w14:paraId="56D9FF96" w14:textId="77777777" w:rsidR="00143FC6" w:rsidRDefault="00143FC6" w:rsidP="00D73A0F"/>
        </w:tc>
        <w:tc>
          <w:tcPr>
            <w:tcW w:w="779" w:type="dxa"/>
          </w:tcPr>
          <w:p w14:paraId="042EF6BC" w14:textId="77777777" w:rsidR="00143FC6" w:rsidRDefault="00143FC6" w:rsidP="00D73A0F"/>
        </w:tc>
      </w:tr>
      <w:tr w:rsidR="00143FC6" w14:paraId="711B65E3" w14:textId="77777777" w:rsidTr="00D73A0F">
        <w:trPr>
          <w:trHeight w:val="264"/>
        </w:trPr>
        <w:tc>
          <w:tcPr>
            <w:tcW w:w="841" w:type="dxa"/>
          </w:tcPr>
          <w:p w14:paraId="0A86307E" w14:textId="77777777" w:rsidR="00143FC6" w:rsidRPr="00FC4624" w:rsidRDefault="00143FC6" w:rsidP="00D73A0F">
            <w:pPr>
              <w:rPr>
                <w:b/>
                <w:bCs/>
              </w:rPr>
            </w:pPr>
            <w:r w:rsidRPr="00FC4624">
              <w:rPr>
                <w:b/>
                <w:bCs/>
              </w:rPr>
              <w:t>Timer</w:t>
            </w:r>
          </w:p>
        </w:tc>
        <w:tc>
          <w:tcPr>
            <w:tcW w:w="780" w:type="dxa"/>
          </w:tcPr>
          <w:p w14:paraId="58FEF6A3" w14:textId="77777777" w:rsidR="00143FC6" w:rsidRDefault="00143FC6" w:rsidP="00D73A0F"/>
        </w:tc>
        <w:tc>
          <w:tcPr>
            <w:tcW w:w="779" w:type="dxa"/>
          </w:tcPr>
          <w:p w14:paraId="4848B324" w14:textId="77777777" w:rsidR="00143FC6" w:rsidRDefault="00143FC6" w:rsidP="00D73A0F"/>
        </w:tc>
        <w:tc>
          <w:tcPr>
            <w:tcW w:w="780" w:type="dxa"/>
          </w:tcPr>
          <w:p w14:paraId="280D4372" w14:textId="77777777" w:rsidR="00143FC6" w:rsidRDefault="00143FC6" w:rsidP="00D73A0F"/>
        </w:tc>
        <w:tc>
          <w:tcPr>
            <w:tcW w:w="778" w:type="dxa"/>
          </w:tcPr>
          <w:p w14:paraId="1FE13E50" w14:textId="77777777" w:rsidR="00143FC6" w:rsidRDefault="00143FC6" w:rsidP="00D73A0F"/>
        </w:tc>
        <w:tc>
          <w:tcPr>
            <w:tcW w:w="779" w:type="dxa"/>
            <w:gridSpan w:val="2"/>
          </w:tcPr>
          <w:p w14:paraId="1F204AFF" w14:textId="77777777" w:rsidR="00143FC6" w:rsidRDefault="00143FC6" w:rsidP="00D73A0F"/>
        </w:tc>
        <w:tc>
          <w:tcPr>
            <w:tcW w:w="778" w:type="dxa"/>
          </w:tcPr>
          <w:p w14:paraId="34E9DA80" w14:textId="77777777" w:rsidR="00143FC6" w:rsidRDefault="00143FC6" w:rsidP="00D73A0F"/>
        </w:tc>
        <w:tc>
          <w:tcPr>
            <w:tcW w:w="779" w:type="dxa"/>
          </w:tcPr>
          <w:p w14:paraId="0A702D61" w14:textId="77777777" w:rsidR="00143FC6" w:rsidRDefault="00143FC6" w:rsidP="00D73A0F"/>
        </w:tc>
        <w:tc>
          <w:tcPr>
            <w:tcW w:w="778" w:type="dxa"/>
          </w:tcPr>
          <w:p w14:paraId="0C89A3A7" w14:textId="77777777" w:rsidR="00143FC6" w:rsidRDefault="00143FC6" w:rsidP="00D73A0F"/>
        </w:tc>
        <w:tc>
          <w:tcPr>
            <w:tcW w:w="779" w:type="dxa"/>
          </w:tcPr>
          <w:p w14:paraId="1758071A" w14:textId="77777777" w:rsidR="00143FC6" w:rsidRDefault="00143FC6" w:rsidP="00D73A0F"/>
        </w:tc>
        <w:tc>
          <w:tcPr>
            <w:tcW w:w="779" w:type="dxa"/>
          </w:tcPr>
          <w:p w14:paraId="27152439" w14:textId="77777777" w:rsidR="00143FC6" w:rsidRDefault="00143FC6" w:rsidP="00D73A0F"/>
        </w:tc>
      </w:tr>
      <w:tr w:rsidR="001F7C5A" w14:paraId="2A480C7F" w14:textId="77777777" w:rsidTr="00733F99">
        <w:tc>
          <w:tcPr>
            <w:tcW w:w="4248" w:type="dxa"/>
            <w:gridSpan w:val="6"/>
          </w:tcPr>
          <w:p w14:paraId="4740C98F" w14:textId="54A74FFD" w:rsidR="001F7C5A" w:rsidRPr="00BC386A" w:rsidRDefault="00BC386A">
            <w:pPr>
              <w:rPr>
                <w:b/>
                <w:bCs/>
              </w:rPr>
            </w:pPr>
            <w:r w:rsidRPr="00BC386A">
              <w:rPr>
                <w:b/>
                <w:bCs/>
              </w:rPr>
              <w:t>Totalt antall timer</w:t>
            </w:r>
          </w:p>
        </w:tc>
        <w:tc>
          <w:tcPr>
            <w:tcW w:w="4382" w:type="dxa"/>
            <w:gridSpan w:val="6"/>
          </w:tcPr>
          <w:p w14:paraId="02EB378F" w14:textId="77777777" w:rsidR="001F7C5A" w:rsidRDefault="001F7C5A"/>
        </w:tc>
      </w:tr>
      <w:tr w:rsidR="00BC386A" w14:paraId="2392D36E" w14:textId="77777777" w:rsidTr="00733F99">
        <w:tc>
          <w:tcPr>
            <w:tcW w:w="4248" w:type="dxa"/>
            <w:gridSpan w:val="6"/>
          </w:tcPr>
          <w:p w14:paraId="4A4ABE18" w14:textId="2F570CF1" w:rsidR="00BC386A" w:rsidRPr="00BC386A" w:rsidRDefault="00BC386A">
            <w:pPr>
              <w:rPr>
                <w:b/>
                <w:bCs/>
              </w:rPr>
            </w:pPr>
            <w:r w:rsidRPr="00BC386A">
              <w:rPr>
                <w:b/>
                <w:bCs/>
              </w:rPr>
              <w:t>Krav om kompensasjon, totalt (kr)</w:t>
            </w:r>
          </w:p>
        </w:tc>
        <w:tc>
          <w:tcPr>
            <w:tcW w:w="4382" w:type="dxa"/>
            <w:gridSpan w:val="6"/>
          </w:tcPr>
          <w:p w14:paraId="306B6873" w14:textId="77777777" w:rsidR="00BC386A" w:rsidRDefault="00BC386A"/>
        </w:tc>
      </w:tr>
    </w:tbl>
    <w:p w14:paraId="5A39BBE3" w14:textId="77777777" w:rsidR="001F7C5A" w:rsidRDefault="001F7C5A"/>
    <w:p w14:paraId="0B165F3A" w14:textId="77777777" w:rsidR="001F7C5A" w:rsidRDefault="00A761AE" w:rsidP="00213C65">
      <w:pPr>
        <w:spacing w:after="0"/>
      </w:pPr>
      <w:r>
        <w:t>Jeg bekrefter at opplysningene ovenfor er korrekte.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1F7C5A" w14:paraId="0C7D3024" w14:textId="77777777" w:rsidTr="488E413E">
        <w:tc>
          <w:tcPr>
            <w:tcW w:w="4320" w:type="dxa"/>
          </w:tcPr>
          <w:p w14:paraId="599BE82B" w14:textId="77777777" w:rsidR="001F7C5A" w:rsidRPr="00BC386A" w:rsidRDefault="00A761AE" w:rsidP="00213C65">
            <w:pPr>
              <w:rPr>
                <w:b/>
                <w:bCs/>
              </w:rPr>
            </w:pPr>
            <w:r w:rsidRPr="00BC386A">
              <w:rPr>
                <w:b/>
                <w:bCs/>
              </w:rPr>
              <w:t>Sted og dato</w:t>
            </w:r>
          </w:p>
        </w:tc>
        <w:tc>
          <w:tcPr>
            <w:tcW w:w="4320" w:type="dxa"/>
          </w:tcPr>
          <w:p w14:paraId="41C8F396" w14:textId="77777777" w:rsidR="001F7C5A" w:rsidRDefault="001F7C5A" w:rsidP="00213C65"/>
        </w:tc>
      </w:tr>
      <w:tr w:rsidR="001F7C5A" w14:paraId="72B2663D" w14:textId="77777777" w:rsidTr="488E413E">
        <w:tc>
          <w:tcPr>
            <w:tcW w:w="4320" w:type="dxa"/>
          </w:tcPr>
          <w:p w14:paraId="48944051" w14:textId="77777777" w:rsidR="001F7C5A" w:rsidRPr="00BC386A" w:rsidRDefault="00A761AE" w:rsidP="00213C65">
            <w:pPr>
              <w:rPr>
                <w:b/>
                <w:bCs/>
              </w:rPr>
            </w:pPr>
            <w:r w:rsidRPr="00BC386A">
              <w:rPr>
                <w:b/>
                <w:bCs/>
              </w:rPr>
              <w:t>Signatur (folkevalgt)</w:t>
            </w:r>
          </w:p>
          <w:p w14:paraId="2839EC53" w14:textId="77777777" w:rsidR="00213C65" w:rsidRPr="00BC386A" w:rsidRDefault="00213C65" w:rsidP="00213C65">
            <w:pPr>
              <w:rPr>
                <w:b/>
                <w:bCs/>
              </w:rPr>
            </w:pPr>
          </w:p>
        </w:tc>
        <w:tc>
          <w:tcPr>
            <w:tcW w:w="4320" w:type="dxa"/>
          </w:tcPr>
          <w:p w14:paraId="72A3D3EC" w14:textId="77777777" w:rsidR="001F7C5A" w:rsidRDefault="001F7C5A" w:rsidP="00213C65"/>
        </w:tc>
      </w:tr>
    </w:tbl>
    <w:p w14:paraId="0D0B940D" w14:textId="77777777" w:rsidR="001F7C5A" w:rsidRDefault="001F7C5A"/>
    <w:p w14:paraId="32657E67" w14:textId="77777777" w:rsidR="001F7C5A" w:rsidRDefault="488E413E" w:rsidP="488E413E">
      <w:pPr>
        <w:pStyle w:val="Heading2"/>
        <w:spacing w:line="360" w:lineRule="auto"/>
      </w:pPr>
      <w:r>
        <w:t>Bekreftelse fra arbeidsgiver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1F7C5A" w14:paraId="26427385" w14:textId="77777777" w:rsidTr="00FC4624">
        <w:tc>
          <w:tcPr>
            <w:tcW w:w="4316" w:type="dxa"/>
          </w:tcPr>
          <w:p w14:paraId="5EDD2E2B" w14:textId="77777777" w:rsidR="001F7C5A" w:rsidRPr="00BC386A" w:rsidRDefault="488E413E" w:rsidP="488E413E">
            <w:pPr>
              <w:spacing w:line="360" w:lineRule="auto"/>
              <w:rPr>
                <w:b/>
                <w:bCs/>
              </w:rPr>
            </w:pPr>
            <w:r w:rsidRPr="00BC386A">
              <w:rPr>
                <w:b/>
                <w:bCs/>
              </w:rPr>
              <w:t>Arbeidsgiver</w:t>
            </w:r>
          </w:p>
        </w:tc>
        <w:tc>
          <w:tcPr>
            <w:tcW w:w="4314" w:type="dxa"/>
          </w:tcPr>
          <w:p w14:paraId="0E27B00A" w14:textId="77777777" w:rsidR="001F7C5A" w:rsidRDefault="001F7C5A" w:rsidP="488E413E">
            <w:pPr>
              <w:spacing w:line="360" w:lineRule="auto"/>
            </w:pPr>
          </w:p>
        </w:tc>
      </w:tr>
      <w:tr w:rsidR="00F2736A" w14:paraId="16169A5C" w14:textId="77777777" w:rsidTr="00FC4624">
        <w:tc>
          <w:tcPr>
            <w:tcW w:w="4316" w:type="dxa"/>
          </w:tcPr>
          <w:p w14:paraId="24F52994" w14:textId="616CE11D" w:rsidR="00F2736A" w:rsidRPr="00BC386A" w:rsidRDefault="00F2736A">
            <w:pPr>
              <w:rPr>
                <w:b/>
                <w:bCs/>
              </w:rPr>
            </w:pPr>
            <w:r w:rsidRPr="00BC386A">
              <w:rPr>
                <w:b/>
                <w:bCs/>
              </w:rPr>
              <w:t>Antall timer fravær</w:t>
            </w:r>
          </w:p>
        </w:tc>
        <w:tc>
          <w:tcPr>
            <w:tcW w:w="4314" w:type="dxa"/>
          </w:tcPr>
          <w:p w14:paraId="60061E4C" w14:textId="77777777" w:rsidR="00F2736A" w:rsidRDefault="00F2736A"/>
        </w:tc>
      </w:tr>
      <w:tr w:rsidR="00F2736A" w14:paraId="2033C5DC" w14:textId="77777777" w:rsidTr="00FC4624">
        <w:tc>
          <w:tcPr>
            <w:tcW w:w="4316" w:type="dxa"/>
          </w:tcPr>
          <w:p w14:paraId="409062D2" w14:textId="77777777" w:rsidR="00F2736A" w:rsidRPr="00BC386A" w:rsidRDefault="00F2736A">
            <w:pPr>
              <w:rPr>
                <w:b/>
                <w:bCs/>
              </w:rPr>
            </w:pPr>
            <w:r w:rsidRPr="00BC386A">
              <w:rPr>
                <w:b/>
                <w:bCs/>
              </w:rPr>
              <w:t>Brutto lønn (kr)</w:t>
            </w:r>
          </w:p>
          <w:p w14:paraId="7A477697" w14:textId="7E2BD832" w:rsidR="00F2736A" w:rsidRPr="00BC386A" w:rsidRDefault="00F2736A">
            <w:pPr>
              <w:rPr>
                <w:b/>
                <w:bCs/>
              </w:rPr>
            </w:pPr>
            <w:r w:rsidRPr="00BC386A">
              <w:rPr>
                <w:b/>
                <w:bCs/>
              </w:rPr>
              <w:t>(den ansattes lønn, ikke timepris eller lignende som faktureres eksterne)</w:t>
            </w:r>
          </w:p>
        </w:tc>
        <w:tc>
          <w:tcPr>
            <w:tcW w:w="4314" w:type="dxa"/>
          </w:tcPr>
          <w:p w14:paraId="44EAFD9C" w14:textId="77777777" w:rsidR="00F2736A" w:rsidRDefault="00F2736A"/>
        </w:tc>
      </w:tr>
      <w:tr w:rsidR="00F2736A" w14:paraId="1190EB64" w14:textId="77777777" w:rsidTr="00FC4624">
        <w:tc>
          <w:tcPr>
            <w:tcW w:w="4316" w:type="dxa"/>
          </w:tcPr>
          <w:p w14:paraId="72AD575C" w14:textId="101A48DF" w:rsidR="00F2736A" w:rsidRPr="00BC386A" w:rsidRDefault="00F2736A">
            <w:pPr>
              <w:rPr>
                <w:b/>
                <w:bCs/>
              </w:rPr>
            </w:pPr>
            <w:r w:rsidRPr="00BC386A">
              <w:rPr>
                <w:b/>
                <w:bCs/>
              </w:rPr>
              <w:t>+ Feriepenger og beløp (kr)</w:t>
            </w:r>
          </w:p>
        </w:tc>
        <w:tc>
          <w:tcPr>
            <w:tcW w:w="4314" w:type="dxa"/>
          </w:tcPr>
          <w:p w14:paraId="3656B9AB" w14:textId="77777777" w:rsidR="00F2736A" w:rsidRDefault="00F2736A"/>
        </w:tc>
      </w:tr>
      <w:tr w:rsidR="00F2736A" w14:paraId="1176C163" w14:textId="77777777" w:rsidTr="00FC4624">
        <w:tc>
          <w:tcPr>
            <w:tcW w:w="4316" w:type="dxa"/>
          </w:tcPr>
          <w:p w14:paraId="0031457F" w14:textId="17B4745C" w:rsidR="00F2736A" w:rsidRPr="00BC386A" w:rsidRDefault="00F2736A">
            <w:pPr>
              <w:rPr>
                <w:b/>
                <w:bCs/>
              </w:rPr>
            </w:pPr>
            <w:r w:rsidRPr="00BC386A">
              <w:rPr>
                <w:b/>
                <w:bCs/>
              </w:rPr>
              <w:t>Samlet lønn (kr)</w:t>
            </w:r>
          </w:p>
        </w:tc>
        <w:tc>
          <w:tcPr>
            <w:tcW w:w="4314" w:type="dxa"/>
          </w:tcPr>
          <w:p w14:paraId="45FB0818" w14:textId="77777777" w:rsidR="00F2736A" w:rsidRDefault="00F2736A"/>
        </w:tc>
      </w:tr>
      <w:tr w:rsidR="00F2736A" w14:paraId="446DB660" w14:textId="77777777" w:rsidTr="00FC4624">
        <w:tc>
          <w:tcPr>
            <w:tcW w:w="4316" w:type="dxa"/>
          </w:tcPr>
          <w:p w14:paraId="3611488F" w14:textId="46D98E96" w:rsidR="00F2736A" w:rsidRPr="00BC386A" w:rsidRDefault="00F2736A">
            <w:pPr>
              <w:rPr>
                <w:b/>
                <w:bCs/>
              </w:rPr>
            </w:pPr>
            <w:r w:rsidRPr="00BC386A">
              <w:rPr>
                <w:b/>
                <w:bCs/>
              </w:rPr>
              <w:t>Telefonnummer arbeidsgiver</w:t>
            </w:r>
          </w:p>
        </w:tc>
        <w:tc>
          <w:tcPr>
            <w:tcW w:w="4314" w:type="dxa"/>
          </w:tcPr>
          <w:p w14:paraId="049F31CB" w14:textId="77777777" w:rsidR="00F2736A" w:rsidRDefault="00F2736A"/>
        </w:tc>
      </w:tr>
    </w:tbl>
    <w:p w14:paraId="0192F6F8" w14:textId="77777777" w:rsidR="007D34C7" w:rsidRDefault="007D34C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FD7721" w14:paraId="1445FA72" w14:textId="77777777" w:rsidTr="00D73A0F">
        <w:tc>
          <w:tcPr>
            <w:tcW w:w="8630" w:type="dxa"/>
            <w:gridSpan w:val="2"/>
          </w:tcPr>
          <w:p w14:paraId="56765273" w14:textId="3F847A0D" w:rsidR="00FD7721" w:rsidRPr="00EA446A" w:rsidRDefault="00FD7721">
            <w:pPr>
              <w:rPr>
                <w:b/>
                <w:bCs/>
              </w:rPr>
            </w:pPr>
            <w:r w:rsidRPr="00EA446A">
              <w:rPr>
                <w:b/>
                <w:bCs/>
              </w:rPr>
              <w:t xml:space="preserve">Arbeidsgiver krysser av </w:t>
            </w:r>
            <w:r w:rsidR="00EA446A" w:rsidRPr="00EA446A">
              <w:rPr>
                <w:b/>
                <w:bCs/>
              </w:rPr>
              <w:t>gjeldende tilfelle</w:t>
            </w:r>
          </w:p>
        </w:tc>
      </w:tr>
      <w:tr w:rsidR="000D5988" w14:paraId="0CE9D795" w14:textId="77777777" w:rsidTr="000D5988">
        <w:tc>
          <w:tcPr>
            <w:tcW w:w="4316" w:type="dxa"/>
          </w:tcPr>
          <w:p w14:paraId="0583E670" w14:textId="66A41AAE" w:rsidR="000D5988" w:rsidRDefault="00B941F3">
            <w:r>
              <w:t>Den folkevalgte/ansatte er trukket i lønn og vi bek</w:t>
            </w:r>
            <w:r w:rsidR="00D45182">
              <w:t>refter ved dette at vedkommende ikke har fått lønn fra oss som arbeidsgiver i forbindelse med nevnte tidspunkt</w:t>
            </w:r>
          </w:p>
          <w:p w14:paraId="24A5BDE6" w14:textId="40A0692A" w:rsidR="00D45182" w:rsidRDefault="00EA446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EC3EEA" wp14:editId="6D4D9C27">
                      <wp:simplePos x="0" y="0"/>
                      <wp:positionH relativeFrom="column">
                        <wp:posOffset>1261745</wp:posOffset>
                      </wp:positionH>
                      <wp:positionV relativeFrom="paragraph">
                        <wp:posOffset>62230</wp:posOffset>
                      </wp:positionV>
                      <wp:extent cx="224790" cy="232410"/>
                      <wp:effectExtent l="57150" t="19050" r="80010" b="91440"/>
                      <wp:wrapNone/>
                      <wp:docPr id="288752082" name="Rektangel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F67BBED-2A8D-40C9-BBE5-6FCA8D398FD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3241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A48764" id="Rektangel 1" o:spid="_x0000_s1026" style="position:absolute;margin-left:99.35pt;margin-top:4.9pt;width:17.7pt;height:1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" filled="f" strokecolor="black [3213]" strokeweight="1.5pt">
                      <v:shadow on="t" color="black" opacity="22937f" origin=",.5" offset="0,.63889mm"/>
                    </v:rect>
                  </w:pict>
                </mc:Fallback>
              </mc:AlternateContent>
            </w:r>
          </w:p>
          <w:p w14:paraId="5A9868B0" w14:textId="60F6AD69" w:rsidR="00D45182" w:rsidRDefault="00D45182"/>
        </w:tc>
        <w:tc>
          <w:tcPr>
            <w:tcW w:w="4314" w:type="dxa"/>
          </w:tcPr>
          <w:p w14:paraId="0F6E3209" w14:textId="77777777" w:rsidR="000D5988" w:rsidRDefault="007D34C7">
            <w:r>
              <w:t xml:space="preserve">Vi som arbeidsgiver har utbetalt lønn til den folkevalgte og krever </w:t>
            </w:r>
            <w:r w:rsidR="004B6280">
              <w:t>refusjon på faktura. Dette skjema legges ved som fakturagrunnlag.</w:t>
            </w:r>
          </w:p>
          <w:p w14:paraId="23F519C1" w14:textId="1182321A" w:rsidR="00EA446A" w:rsidRDefault="00EA446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C8D714" wp14:editId="6A852F3E">
                      <wp:simplePos x="0" y="0"/>
                      <wp:positionH relativeFrom="column">
                        <wp:posOffset>1139190</wp:posOffset>
                      </wp:positionH>
                      <wp:positionV relativeFrom="paragraph">
                        <wp:posOffset>73660</wp:posOffset>
                      </wp:positionV>
                      <wp:extent cx="224790" cy="232410"/>
                      <wp:effectExtent l="57150" t="19050" r="80010" b="91440"/>
                      <wp:wrapNone/>
                      <wp:docPr id="1719691572" name="Rektangel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98F2599-BA39-49D7-B3EE-E458663EFAD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3241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AA41C6" id="Rektangel 1" o:spid="_x0000_s1026" style="position:absolute;margin-left:89.7pt;margin-top:5.8pt;width:17.7pt;height:1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" filled="f" strokecolor="black [3213]" strokeweight="1.5pt">
                      <v:shadow on="t" color="black" opacity="22937f" origin=",.5" offset="0,.63889mm"/>
                    </v:rect>
                  </w:pict>
                </mc:Fallback>
              </mc:AlternateContent>
            </w:r>
          </w:p>
        </w:tc>
      </w:tr>
      <w:tr w:rsidR="001F7C5A" w14:paraId="7FE1E470" w14:textId="77777777" w:rsidTr="000D5988">
        <w:tc>
          <w:tcPr>
            <w:tcW w:w="4316" w:type="dxa"/>
          </w:tcPr>
          <w:p w14:paraId="46717F29" w14:textId="77777777" w:rsidR="001F7C5A" w:rsidRPr="00BC386A" w:rsidRDefault="00A761AE">
            <w:pPr>
              <w:rPr>
                <w:b/>
                <w:bCs/>
              </w:rPr>
            </w:pPr>
            <w:r w:rsidRPr="00BC386A">
              <w:rPr>
                <w:b/>
                <w:bCs/>
              </w:rPr>
              <w:t>Sted og dato</w:t>
            </w:r>
          </w:p>
        </w:tc>
        <w:tc>
          <w:tcPr>
            <w:tcW w:w="4314" w:type="dxa"/>
          </w:tcPr>
          <w:p w14:paraId="4101652C" w14:textId="77777777" w:rsidR="001F7C5A" w:rsidRDefault="001F7C5A"/>
        </w:tc>
      </w:tr>
      <w:tr w:rsidR="001F7C5A" w14:paraId="31A9114F" w14:textId="77777777" w:rsidTr="000D5988">
        <w:tc>
          <w:tcPr>
            <w:tcW w:w="4316" w:type="dxa"/>
          </w:tcPr>
          <w:p w14:paraId="48CD73A2" w14:textId="77777777" w:rsidR="001F7C5A" w:rsidRPr="00BC386A" w:rsidRDefault="00A761AE">
            <w:pPr>
              <w:rPr>
                <w:b/>
                <w:bCs/>
              </w:rPr>
            </w:pPr>
            <w:r w:rsidRPr="00BC386A">
              <w:rPr>
                <w:b/>
                <w:bCs/>
              </w:rPr>
              <w:t>Signatur (arbeidsgiver)</w:t>
            </w:r>
          </w:p>
          <w:p w14:paraId="61C89909" w14:textId="77777777" w:rsidR="00EA446A" w:rsidRPr="00BC386A" w:rsidRDefault="00EA446A">
            <w:pPr>
              <w:rPr>
                <w:b/>
                <w:bCs/>
              </w:rPr>
            </w:pPr>
          </w:p>
        </w:tc>
        <w:tc>
          <w:tcPr>
            <w:tcW w:w="4314" w:type="dxa"/>
          </w:tcPr>
          <w:p w14:paraId="4B99056E" w14:textId="77777777" w:rsidR="001F7C5A" w:rsidRDefault="001F7C5A"/>
        </w:tc>
      </w:tr>
    </w:tbl>
    <w:p w14:paraId="1299C43A" w14:textId="77777777" w:rsidR="001F7C5A" w:rsidRDefault="001F7C5A"/>
    <w:sectPr w:rsidR="001F7C5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0252477">
    <w:abstractNumId w:val="5"/>
  </w:num>
  <w:num w:numId="2" w16cid:durableId="1667198675">
    <w:abstractNumId w:val="7"/>
  </w:num>
  <w:num w:numId="3" w16cid:durableId="1892957155">
    <w:abstractNumId w:val="8"/>
  </w:num>
  <w:num w:numId="4" w16cid:durableId="2128618574">
    <w:abstractNumId w:val="6"/>
  </w:num>
  <w:num w:numId="5" w16cid:durableId="235289537">
    <w:abstractNumId w:val="0"/>
  </w:num>
  <w:num w:numId="6" w16cid:durableId="509099251">
    <w:abstractNumId w:val="2"/>
  </w:num>
  <w:num w:numId="7" w16cid:durableId="799497395">
    <w:abstractNumId w:val="4"/>
  </w:num>
  <w:num w:numId="8" w16cid:durableId="850871080">
    <w:abstractNumId w:val="3"/>
  </w:num>
  <w:num w:numId="9" w16cid:durableId="929774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0F7"/>
    <w:rsid w:val="000D5988"/>
    <w:rsid w:val="00143FC6"/>
    <w:rsid w:val="0015074B"/>
    <w:rsid w:val="00196CA2"/>
    <w:rsid w:val="001F7C5A"/>
    <w:rsid w:val="00213C65"/>
    <w:rsid w:val="0029639D"/>
    <w:rsid w:val="002B082F"/>
    <w:rsid w:val="002D366B"/>
    <w:rsid w:val="00326F90"/>
    <w:rsid w:val="00341B0E"/>
    <w:rsid w:val="004735F9"/>
    <w:rsid w:val="004B6280"/>
    <w:rsid w:val="00586D8C"/>
    <w:rsid w:val="005B1F17"/>
    <w:rsid w:val="00686622"/>
    <w:rsid w:val="00733F99"/>
    <w:rsid w:val="007D34C7"/>
    <w:rsid w:val="008018D3"/>
    <w:rsid w:val="009F1297"/>
    <w:rsid w:val="00A23A4D"/>
    <w:rsid w:val="00A761AE"/>
    <w:rsid w:val="00A87342"/>
    <w:rsid w:val="00AA1D8D"/>
    <w:rsid w:val="00B2371F"/>
    <w:rsid w:val="00B47730"/>
    <w:rsid w:val="00B941F3"/>
    <w:rsid w:val="00BC180F"/>
    <w:rsid w:val="00BC386A"/>
    <w:rsid w:val="00BD10E2"/>
    <w:rsid w:val="00C671B2"/>
    <w:rsid w:val="00C857BB"/>
    <w:rsid w:val="00CB0664"/>
    <w:rsid w:val="00CE2C5A"/>
    <w:rsid w:val="00D45182"/>
    <w:rsid w:val="00D73A0F"/>
    <w:rsid w:val="00EA446A"/>
    <w:rsid w:val="00F2736A"/>
    <w:rsid w:val="00FC4368"/>
    <w:rsid w:val="00FC4624"/>
    <w:rsid w:val="00FC693F"/>
    <w:rsid w:val="00FD7721"/>
    <w:rsid w:val="0F509ECF"/>
    <w:rsid w:val="488E413E"/>
    <w:rsid w:val="65B44B56"/>
    <w:rsid w:val="67F7D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4062061"/>
  <w14:defaultImageDpi w14:val="300"/>
  <w15:docId w15:val="{5ABE92AB-B19E-4A38-AD8F-09CFBD7F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88E413E"/>
    <w:rPr>
      <w:lang w:val="nb-NO"/>
    </w:rPr>
  </w:style>
  <w:style w:type="paragraph" w:styleId="Heading1">
    <w:name w:val="heading 1"/>
    <w:basedOn w:val="Normal"/>
    <w:next w:val="Normal"/>
    <w:link w:val="Heading1Char"/>
    <w:uiPriority w:val="9"/>
    <w:qFormat/>
    <w:rsid w:val="488E41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488E41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488E41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488E41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488E41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488E41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488E413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488E413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488E413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488E41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488E41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488E41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488E413E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488E413E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488E413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488E41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488E41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488E413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488E413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488E413E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488E413E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488E413E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rsid w:val="488E413E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488E413E"/>
    <w:pPr>
      <w:numPr>
        <w:numId w:val="2"/>
      </w:numPr>
      <w:contextualSpacing/>
    </w:pPr>
  </w:style>
  <w:style w:type="paragraph" w:styleId="ListNumber2">
    <w:name w:val="List Number 2"/>
    <w:basedOn w:val="Normal"/>
    <w:uiPriority w:val="99"/>
    <w:unhideWhenUsed/>
    <w:rsid w:val="488E413E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unhideWhenUsed/>
    <w:rsid w:val="488E41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488E413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488E413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488E413E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488E413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488E413E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488E413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857D705870B4B82B875CAF90562AB" ma:contentTypeVersion="14" ma:contentTypeDescription="Opprett et nytt dokument." ma:contentTypeScope="" ma:versionID="232112e0218940f157fc8a23c49cfd3e">
  <xsd:schema xmlns:xsd="http://www.w3.org/2001/XMLSchema" xmlns:xs="http://www.w3.org/2001/XMLSchema" xmlns:p="http://schemas.microsoft.com/office/2006/metadata/properties" xmlns:ns2="acb073ba-69c8-4810-a147-b0355bda377b" xmlns:ns3="442d6ea6-c4bc-4293-9780-37c15ed01b2b" targetNamespace="http://schemas.microsoft.com/office/2006/metadata/properties" ma:root="true" ma:fieldsID="fa898ff8e090a3a36b3be33272c4704e" ns2:_="" ns3:_="">
    <xsd:import namespace="acb073ba-69c8-4810-a147-b0355bda377b"/>
    <xsd:import namespace="442d6ea6-c4bc-4293-9780-37c15ed01b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073ba-69c8-4810-a147-b0355bda3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96f5f0e-6961-47f7-8781-40fd982ae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d6ea6-c4bc-4293-9780-37c15ed01b2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b073ba-69c8-4810-a147-b0355bda37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EEDD21-48EC-4D0F-BECC-EF5F36856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b073ba-69c8-4810-a147-b0355bda377b"/>
    <ds:schemaRef ds:uri="442d6ea6-c4bc-4293-9780-37c15ed01b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CD41BB-6826-4DA6-9847-CA4B86035F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6272A5-9E4E-4493-830F-C82AA0F563EF}">
  <ds:schemaRefs>
    <ds:schemaRef ds:uri="http://schemas.microsoft.com/office/2006/metadata/properties"/>
    <ds:schemaRef ds:uri="http://schemas.microsoft.com/office/infopath/2007/PartnerControls"/>
    <ds:schemaRef ds:uri="acb073ba-69c8-4810-a147-b0355bda377b"/>
  </ds:schemaRefs>
</ds:datastoreItem>
</file>

<file path=docMetadata/LabelInfo.xml><?xml version="1.0" encoding="utf-8"?>
<clbl:labelList xmlns:clbl="http://schemas.microsoft.com/office/2020/mipLabelMetadata">
  <clbl:label id="{3ef5735a-e1da-40c4-b475-8683f5604e1d}" enabled="0" method="" siteId="{3ef5735a-e1da-40c4-b475-8683f5604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0</Pages>
  <Words>0</Words>
  <Characters>0</Characters>
  <Application>Microsoft Office Word</Application>
  <DocSecurity>4</DocSecurity>
  <Lines>0</Lines>
  <Paragraphs>0</Paragraphs>
  <ScaleCrop>false</ScaleCrop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Elisabeth Slotte</cp:lastModifiedBy>
  <cp:revision>20</cp:revision>
  <dcterms:created xsi:type="dcterms:W3CDTF">2026-08-18T09:01:00Z</dcterms:created>
  <dcterms:modified xsi:type="dcterms:W3CDTF">2026-08-18T12:41:00Z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0x010100E08857D705870B4B82B875CAF90562AB</vt:lpwstr>
  </property>
  <property fmtid="{D5CDD505-2E9C-101B-9397-08002B2CF9AE}" pid="3" name="MediaServiceImageTags">
    <vt:lpwstr/>
  </property>
</Properties>
</file>